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PEMERINTAH DESA CONTOH</w:t>
        <w:br/>
        <w:t>KECAMATAN CONTOH</w:t>
        <w:br/>
        <w:t>KABUPATEN CONTOH</w:t>
        <w:br/>
        <w:t>Alamat: Jl. Contoh No. 123 | Telp: 08123456789</w:t>
      </w:r>
    </w:p>
    <w:p/>
    <w:p>
      <w:pPr>
        <w:jc w:val="center"/>
      </w:pPr>
      <w:r>
        <w:rPr>
          <w:b/>
        </w:rPr>
        <w:t>SURAT KETERANGAN USAHA</w:t>
        <w:br/>
        <w:t>Nomor: .................</w:t>
      </w:r>
    </w:p>
    <w:p/>
    <w:p>
      <w:r>
        <w:t>Yang bertanda tangan di bawah ini, Kepala Desa Contoh, Kecamatan Contoh, Kabupaten Contoh, menerangkan bahwa:</w:t>
      </w:r>
    </w:p>
    <w:p/>
    <w:p>
      <w:r>
        <w:t>Nama                : ........................................</w:t>
      </w:r>
    </w:p>
    <w:p>
      <w:r>
        <w:t>Tempat/Tgl Lahir    : ........................................</w:t>
      </w:r>
    </w:p>
    <w:p>
      <w:r>
        <w:t>NIK                 : ........................................</w:t>
      </w:r>
    </w:p>
    <w:p>
      <w:r>
        <w:t>Pekerjaan           : ........................................</w:t>
      </w:r>
    </w:p>
    <w:p>
      <w:r>
        <w:t>Alamat              : ........................................</w:t>
      </w:r>
    </w:p>
    <w:p/>
    <w:p>
      <w:r>
        <w:t>Dengan ini menyatakan bahwa yang bersangkutan benar memiliki usaha berupa ........................................ yang berlokasi di ........................................</w:t>
      </w:r>
    </w:p>
    <w:p/>
    <w:p>
      <w:r>
        <w:t>Surat ini dibuat untuk keperluan pengajuan pinjaman ke bank.</w:t>
      </w:r>
    </w:p>
    <w:p/>
    <w:p>
      <w:r>
        <w:t>Demikian surat ini dibuat agar dapat dipergunakan sebagaimana mestinya.</w:t>
      </w:r>
    </w:p>
    <w:p/>
    <w:p>
      <w:r>
        <w:t>Dikeluarkan di : .........................</w:t>
      </w:r>
    </w:p>
    <w:p>
      <w:r>
        <w:t>Tanggal        : .........................</w:t>
      </w:r>
    </w:p>
    <w:p/>
    <w:p>
      <w:pPr>
        <w:jc w:val="right"/>
      </w:pPr>
      <w:r>
        <w:rPr>
          <w:b/>
        </w:rPr>
        <w:t>Kepala Desa</w:t>
        <w:br/>
        <w:br/>
        <w:br/>
        <w:br/>
        <w:t>(............................)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